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CEC30" w14:textId="5CDB6776" w:rsidR="00E15564" w:rsidRPr="00E15564" w:rsidRDefault="00E15564" w:rsidP="00E15564">
      <w:pPr>
        <w:spacing w:after="20"/>
        <w:jc w:val="center"/>
        <w:rPr>
          <w:sz w:val="20"/>
          <w:szCs w:val="20"/>
        </w:rPr>
      </w:pPr>
      <w:r w:rsidRPr="00E15564">
        <w:rPr>
          <w:sz w:val="20"/>
          <w:szCs w:val="20"/>
        </w:rPr>
        <w:drawing>
          <wp:anchor distT="0" distB="0" distL="114300" distR="114300" simplePos="0" relativeHeight="251659776" behindDoc="0" locked="0" layoutInCell="1" allowOverlap="1" wp14:anchorId="212342E0" wp14:editId="531C289F">
            <wp:simplePos x="0" y="0"/>
            <wp:positionH relativeFrom="column">
              <wp:posOffset>-1905</wp:posOffset>
            </wp:positionH>
            <wp:positionV relativeFrom="paragraph">
              <wp:posOffset>10160</wp:posOffset>
            </wp:positionV>
            <wp:extent cx="1667108" cy="1705213"/>
            <wp:effectExtent l="0" t="0" r="9525" b="9525"/>
            <wp:wrapNone/>
            <wp:docPr id="19625068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50681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67108" cy="17052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5564">
        <w:rPr>
          <w:sz w:val="20"/>
          <w:szCs w:val="20"/>
        </w:rPr>
        <w:t>Tazewell County Building Department</w:t>
      </w:r>
    </w:p>
    <w:p w14:paraId="7C6DCC98" w14:textId="6BA68152" w:rsidR="00E15564" w:rsidRPr="00E15564" w:rsidRDefault="00E15564" w:rsidP="00E15564">
      <w:pPr>
        <w:spacing w:after="20"/>
        <w:jc w:val="center"/>
        <w:rPr>
          <w:sz w:val="20"/>
          <w:szCs w:val="20"/>
        </w:rPr>
      </w:pPr>
      <w:r w:rsidRPr="00E15564">
        <w:rPr>
          <w:sz w:val="20"/>
          <w:szCs w:val="20"/>
        </w:rPr>
        <w:t>173 Main Street</w:t>
      </w:r>
    </w:p>
    <w:p w14:paraId="1B4ED749" w14:textId="77777777" w:rsidR="00E15564" w:rsidRPr="00E15564" w:rsidRDefault="00E15564" w:rsidP="00E15564">
      <w:pPr>
        <w:spacing w:after="20"/>
        <w:jc w:val="center"/>
        <w:rPr>
          <w:sz w:val="20"/>
          <w:szCs w:val="20"/>
        </w:rPr>
      </w:pPr>
      <w:r w:rsidRPr="00E15564">
        <w:rPr>
          <w:sz w:val="20"/>
          <w:szCs w:val="20"/>
        </w:rPr>
        <w:t>Tazewell, VA 24651</w:t>
      </w:r>
    </w:p>
    <w:p w14:paraId="3AA5CCEF" w14:textId="4F29AD28" w:rsidR="00E15564" w:rsidRPr="00E15564" w:rsidRDefault="00E15564" w:rsidP="00E15564">
      <w:pPr>
        <w:spacing w:after="20"/>
        <w:jc w:val="center"/>
        <w:rPr>
          <w:sz w:val="20"/>
          <w:szCs w:val="20"/>
        </w:rPr>
      </w:pPr>
      <w:r w:rsidRPr="00E15564">
        <w:rPr>
          <w:sz w:val="20"/>
          <w:szCs w:val="20"/>
        </w:rPr>
        <w:t>Phone: (276) 385-1215</w:t>
      </w:r>
    </w:p>
    <w:p w14:paraId="2E925D66" w14:textId="43A99C3B" w:rsidR="00E15564" w:rsidRDefault="00E15564" w:rsidP="00E15564">
      <w:pPr>
        <w:spacing w:after="20"/>
        <w:jc w:val="center"/>
        <w:rPr>
          <w:sz w:val="20"/>
          <w:szCs w:val="20"/>
        </w:rPr>
      </w:pPr>
      <w:r w:rsidRPr="00E15564">
        <w:rPr>
          <w:sz w:val="20"/>
          <w:szCs w:val="20"/>
        </w:rPr>
        <w:t>Fax: (276) 988-0811</w:t>
      </w:r>
    </w:p>
    <w:p w14:paraId="3C8FB7F7" w14:textId="11CAEA60" w:rsidR="00E15564" w:rsidRDefault="00E15564" w:rsidP="00E15564">
      <w:pPr>
        <w:spacing w:after="20"/>
        <w:jc w:val="center"/>
        <w:rPr>
          <w:sz w:val="20"/>
          <w:szCs w:val="20"/>
        </w:rPr>
      </w:pPr>
      <w:hyperlink r:id="rId9" w:history="1">
        <w:r w:rsidRPr="00D86822">
          <w:rPr>
            <w:rStyle w:val="Hyperlink"/>
            <w:sz w:val="20"/>
            <w:szCs w:val="20"/>
          </w:rPr>
          <w:t>Kayla.mills@tazewellcounty.org</w:t>
        </w:r>
      </w:hyperlink>
    </w:p>
    <w:p w14:paraId="40C17AA9" w14:textId="77777777" w:rsidR="00E15564" w:rsidRDefault="00E15564" w:rsidP="00E15564">
      <w:pPr>
        <w:spacing w:after="20"/>
        <w:jc w:val="center"/>
        <w:rPr>
          <w:sz w:val="20"/>
          <w:szCs w:val="20"/>
        </w:rPr>
      </w:pPr>
      <w:r w:rsidRPr="00E15564">
        <w:rPr>
          <w:sz w:val="20"/>
          <w:szCs w:val="20"/>
        </w:rPr>
        <w:t xml:space="preserve">Gary Jackson---Building Official </w:t>
      </w:r>
    </w:p>
    <w:p w14:paraId="2DB81841" w14:textId="598B85AD" w:rsidR="00E15564" w:rsidRDefault="00E15564" w:rsidP="00E15564">
      <w:pPr>
        <w:spacing w:after="20"/>
        <w:jc w:val="center"/>
        <w:rPr>
          <w:sz w:val="20"/>
          <w:szCs w:val="20"/>
        </w:rPr>
      </w:pPr>
      <w:r w:rsidRPr="00E15564">
        <w:rPr>
          <w:sz w:val="20"/>
          <w:szCs w:val="20"/>
        </w:rPr>
        <w:t>COMPLAINT FORM</w:t>
      </w:r>
    </w:p>
    <w:p w14:paraId="60AE615D" w14:textId="77777777" w:rsidR="00E15564" w:rsidRDefault="00E15564">
      <w:pPr>
        <w:spacing w:after="20"/>
        <w:rPr>
          <w:sz w:val="20"/>
          <w:szCs w:val="20"/>
        </w:rPr>
      </w:pPr>
    </w:p>
    <w:p w14:paraId="72CF3FAB" w14:textId="4B40E498" w:rsidR="00E15564" w:rsidRPr="00E15564" w:rsidRDefault="00E15564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934"/>
      </w:tblGrid>
      <w:tr w:rsidR="00033B0F" w:rsidRPr="00E15564" w14:paraId="2CCA9038" w14:textId="77777777">
        <w:trPr>
          <w:jc w:val="center"/>
        </w:trPr>
        <w:tc>
          <w:tcPr>
            <w:tcW w:w="1094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4" w:space="0" w:color="808080"/>
            </w:tcBorders>
            <w:shd w:val="clear" w:color="auto" w:fill="D9D9D9"/>
          </w:tcPr>
          <w:p w14:paraId="4E2CEE9B" w14:textId="19EAE883" w:rsidR="00033B0F" w:rsidRPr="00E15564" w:rsidRDefault="008868AA">
            <w:pPr>
              <w:spacing w:after="0"/>
              <w:jc w:val="center"/>
              <w:rPr>
                <w:sz w:val="20"/>
                <w:szCs w:val="20"/>
              </w:rPr>
            </w:pPr>
            <w:r w:rsidRPr="00E15564">
              <w:rPr>
                <w:b/>
                <w:sz w:val="28"/>
                <w:szCs w:val="20"/>
              </w:rPr>
              <w:t>Complainant Information</w:t>
            </w:r>
          </w:p>
        </w:tc>
      </w:tr>
    </w:tbl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033B0F" w:rsidRPr="00E15564" w14:paraId="3D7A93DB" w14:textId="77777777" w:rsidTr="00E15564">
        <w:trPr>
          <w:trHeight w:val="547"/>
          <w:jc w:val="center"/>
        </w:trPr>
        <w:tc>
          <w:tcPr>
            <w:tcW w:w="10944" w:type="dxa"/>
          </w:tcPr>
          <w:p w14:paraId="720B7B00" w14:textId="77777777" w:rsidR="00033B0F" w:rsidRPr="00E15564" w:rsidRDefault="008868AA">
            <w:pPr>
              <w:spacing w:after="0"/>
              <w:rPr>
                <w:sz w:val="20"/>
                <w:szCs w:val="20"/>
              </w:rPr>
            </w:pPr>
            <w:r w:rsidRPr="00E15564">
              <w:rPr>
                <w:sz w:val="20"/>
                <w:szCs w:val="20"/>
              </w:rPr>
              <w:t>Name: __________________________________________________________________________________</w:t>
            </w:r>
          </w:p>
        </w:tc>
      </w:tr>
      <w:tr w:rsidR="00033B0F" w:rsidRPr="00E15564" w14:paraId="2FEE465A" w14:textId="77777777" w:rsidTr="00E15564">
        <w:trPr>
          <w:trHeight w:val="547"/>
          <w:jc w:val="center"/>
        </w:trPr>
        <w:tc>
          <w:tcPr>
            <w:tcW w:w="10944" w:type="dxa"/>
          </w:tcPr>
          <w:p w14:paraId="2286FEEB" w14:textId="77777777" w:rsidR="00033B0F" w:rsidRPr="00E15564" w:rsidRDefault="008868AA">
            <w:pPr>
              <w:spacing w:after="0"/>
              <w:rPr>
                <w:sz w:val="20"/>
                <w:szCs w:val="20"/>
              </w:rPr>
            </w:pPr>
            <w:r w:rsidRPr="00E15564">
              <w:rPr>
                <w:sz w:val="20"/>
                <w:szCs w:val="20"/>
              </w:rPr>
              <w:t>Address: ________________________________________________________________________________</w:t>
            </w:r>
          </w:p>
        </w:tc>
      </w:tr>
      <w:tr w:rsidR="00033B0F" w:rsidRPr="00E15564" w14:paraId="21C0D2E0" w14:textId="77777777" w:rsidTr="00E15564">
        <w:trPr>
          <w:trHeight w:val="547"/>
          <w:jc w:val="center"/>
        </w:trPr>
        <w:tc>
          <w:tcPr>
            <w:tcW w:w="10944" w:type="dxa"/>
          </w:tcPr>
          <w:p w14:paraId="630DC163" w14:textId="77777777" w:rsidR="00033B0F" w:rsidRPr="00E15564" w:rsidRDefault="008868AA">
            <w:pPr>
              <w:spacing w:after="0"/>
              <w:rPr>
                <w:sz w:val="20"/>
                <w:szCs w:val="20"/>
              </w:rPr>
            </w:pPr>
            <w:r w:rsidRPr="00E15564">
              <w:rPr>
                <w:sz w:val="20"/>
                <w:szCs w:val="20"/>
              </w:rPr>
              <w:t>Phone: ________________________________    Email: __________________________________________</w:t>
            </w:r>
          </w:p>
        </w:tc>
      </w:tr>
      <w:tr w:rsidR="00033B0F" w:rsidRPr="00E15564" w14:paraId="6562F1C2" w14:textId="77777777" w:rsidTr="00E15564">
        <w:trPr>
          <w:trHeight w:val="547"/>
          <w:jc w:val="center"/>
        </w:trPr>
        <w:tc>
          <w:tcPr>
            <w:tcW w:w="10944" w:type="dxa"/>
          </w:tcPr>
          <w:p w14:paraId="7D66A207" w14:textId="77777777" w:rsidR="00033B0F" w:rsidRPr="00E15564" w:rsidRDefault="008868AA">
            <w:pPr>
              <w:spacing w:after="0"/>
              <w:rPr>
                <w:sz w:val="20"/>
                <w:szCs w:val="20"/>
              </w:rPr>
            </w:pPr>
            <w:r w:rsidRPr="00E15564">
              <w:rPr>
                <w:sz w:val="20"/>
                <w:szCs w:val="20"/>
              </w:rPr>
              <w:t>Preferred method of contact: ______________________________________________________________</w:t>
            </w:r>
          </w:p>
        </w:tc>
      </w:tr>
    </w:tbl>
    <w:p w14:paraId="1FE18C33" w14:textId="77777777" w:rsidR="00033B0F" w:rsidRPr="00E15564" w:rsidRDefault="00033B0F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934"/>
      </w:tblGrid>
      <w:tr w:rsidR="00033B0F" w:rsidRPr="00E15564" w14:paraId="7A2CD6EA" w14:textId="77777777">
        <w:trPr>
          <w:jc w:val="center"/>
        </w:trPr>
        <w:tc>
          <w:tcPr>
            <w:tcW w:w="1094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4" w:space="0" w:color="808080"/>
            </w:tcBorders>
            <w:shd w:val="clear" w:color="auto" w:fill="D9D9D9"/>
          </w:tcPr>
          <w:p w14:paraId="2ACC4982" w14:textId="77777777" w:rsidR="00033B0F" w:rsidRPr="00E15564" w:rsidRDefault="008868AA">
            <w:pPr>
              <w:spacing w:after="0"/>
              <w:jc w:val="center"/>
              <w:rPr>
                <w:sz w:val="20"/>
                <w:szCs w:val="20"/>
              </w:rPr>
            </w:pPr>
            <w:r w:rsidRPr="00E15564">
              <w:rPr>
                <w:b/>
                <w:sz w:val="28"/>
                <w:szCs w:val="20"/>
              </w:rPr>
              <w:t>Property Information</w:t>
            </w:r>
          </w:p>
        </w:tc>
      </w:tr>
    </w:tbl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033B0F" w:rsidRPr="00E15564" w14:paraId="502BF1D0" w14:textId="77777777" w:rsidTr="00E15564">
        <w:trPr>
          <w:trHeight w:val="547"/>
          <w:jc w:val="center"/>
        </w:trPr>
        <w:tc>
          <w:tcPr>
            <w:tcW w:w="10944" w:type="dxa"/>
          </w:tcPr>
          <w:p w14:paraId="253DD548" w14:textId="77777777" w:rsidR="00033B0F" w:rsidRPr="00E15564" w:rsidRDefault="008868AA">
            <w:pPr>
              <w:spacing w:after="0"/>
              <w:rPr>
                <w:sz w:val="20"/>
                <w:szCs w:val="20"/>
              </w:rPr>
            </w:pPr>
            <w:r w:rsidRPr="00E15564">
              <w:rPr>
                <w:sz w:val="20"/>
                <w:szCs w:val="20"/>
              </w:rPr>
              <w:t>Property Owner: __________________________________________________________________________</w:t>
            </w:r>
          </w:p>
        </w:tc>
      </w:tr>
      <w:tr w:rsidR="00033B0F" w:rsidRPr="00E15564" w14:paraId="36EBD814" w14:textId="77777777" w:rsidTr="00E15564">
        <w:trPr>
          <w:trHeight w:val="547"/>
          <w:jc w:val="center"/>
        </w:trPr>
        <w:tc>
          <w:tcPr>
            <w:tcW w:w="10944" w:type="dxa"/>
          </w:tcPr>
          <w:p w14:paraId="40E89D6B" w14:textId="77777777" w:rsidR="00033B0F" w:rsidRPr="00E15564" w:rsidRDefault="008868AA">
            <w:pPr>
              <w:spacing w:after="0"/>
              <w:rPr>
                <w:sz w:val="20"/>
                <w:szCs w:val="20"/>
              </w:rPr>
            </w:pPr>
            <w:r w:rsidRPr="00E15564">
              <w:rPr>
                <w:sz w:val="20"/>
                <w:szCs w:val="20"/>
              </w:rPr>
              <w:t>Property Address: ________________________________________________________________________</w:t>
            </w:r>
          </w:p>
        </w:tc>
      </w:tr>
      <w:tr w:rsidR="00033B0F" w:rsidRPr="00E15564" w14:paraId="30CF9D6B" w14:textId="77777777" w:rsidTr="00E15564">
        <w:trPr>
          <w:trHeight w:val="547"/>
          <w:jc w:val="center"/>
        </w:trPr>
        <w:tc>
          <w:tcPr>
            <w:tcW w:w="10944" w:type="dxa"/>
          </w:tcPr>
          <w:p w14:paraId="10CD58AD" w14:textId="77777777" w:rsidR="00033B0F" w:rsidRPr="00E15564" w:rsidRDefault="008868AA">
            <w:pPr>
              <w:spacing w:after="0"/>
              <w:rPr>
                <w:sz w:val="20"/>
                <w:szCs w:val="20"/>
              </w:rPr>
            </w:pPr>
            <w:r w:rsidRPr="00E15564">
              <w:rPr>
                <w:sz w:val="20"/>
                <w:szCs w:val="20"/>
              </w:rPr>
              <w:t>Parcel / Tax Map Number: _________________________________________________________________</w:t>
            </w:r>
          </w:p>
        </w:tc>
      </w:tr>
      <w:tr w:rsidR="00033B0F" w:rsidRPr="00E15564" w14:paraId="7BE98D9B" w14:textId="77777777" w:rsidTr="00E15564">
        <w:trPr>
          <w:trHeight w:val="547"/>
          <w:jc w:val="center"/>
        </w:trPr>
        <w:tc>
          <w:tcPr>
            <w:tcW w:w="10944" w:type="dxa"/>
          </w:tcPr>
          <w:p w14:paraId="27D6F108" w14:textId="77777777" w:rsidR="00033B0F" w:rsidRPr="00E15564" w:rsidRDefault="008868AA">
            <w:pPr>
              <w:spacing w:after="0"/>
              <w:rPr>
                <w:sz w:val="20"/>
                <w:szCs w:val="20"/>
              </w:rPr>
            </w:pPr>
            <w:r w:rsidRPr="00E15564">
              <w:rPr>
                <w:sz w:val="20"/>
                <w:szCs w:val="20"/>
              </w:rPr>
              <w:t>Other Property Information: ______________________________________________________________</w:t>
            </w:r>
          </w:p>
        </w:tc>
      </w:tr>
    </w:tbl>
    <w:p w14:paraId="49EA5B02" w14:textId="77777777" w:rsidR="00033B0F" w:rsidRPr="00E15564" w:rsidRDefault="00033B0F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934"/>
      </w:tblGrid>
      <w:tr w:rsidR="00033B0F" w:rsidRPr="00E15564" w14:paraId="57FCB37B" w14:textId="77777777">
        <w:trPr>
          <w:jc w:val="center"/>
        </w:trPr>
        <w:tc>
          <w:tcPr>
            <w:tcW w:w="1094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4" w:space="0" w:color="808080"/>
            </w:tcBorders>
            <w:shd w:val="clear" w:color="auto" w:fill="D9D9D9"/>
          </w:tcPr>
          <w:p w14:paraId="3EB2448D" w14:textId="77777777" w:rsidR="00033B0F" w:rsidRPr="00E15564" w:rsidRDefault="008868AA">
            <w:pPr>
              <w:spacing w:after="0"/>
              <w:jc w:val="center"/>
              <w:rPr>
                <w:sz w:val="20"/>
                <w:szCs w:val="20"/>
              </w:rPr>
            </w:pPr>
            <w:r w:rsidRPr="00E15564">
              <w:rPr>
                <w:b/>
                <w:sz w:val="28"/>
                <w:szCs w:val="20"/>
              </w:rPr>
              <w:t>Complaint/Issue Being Reported</w:t>
            </w:r>
          </w:p>
        </w:tc>
      </w:tr>
    </w:tbl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033B0F" w:rsidRPr="00E15564" w14:paraId="43A7A2E0" w14:textId="77777777">
        <w:trPr>
          <w:trHeight w:val="605"/>
          <w:jc w:val="center"/>
        </w:trPr>
        <w:tc>
          <w:tcPr>
            <w:tcW w:w="5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E62DB" w14:textId="77777777" w:rsidR="00033B0F" w:rsidRPr="00E15564" w:rsidRDefault="008868AA">
            <w:pPr>
              <w:ind w:left="936"/>
              <w:rPr>
                <w:sz w:val="20"/>
                <w:szCs w:val="20"/>
              </w:rPr>
            </w:pPr>
            <w:r w:rsidRPr="00E15564">
              <w:rPr>
                <w:sz w:val="24"/>
                <w:szCs w:val="20"/>
              </w:rPr>
              <w:t>☐</w:t>
            </w:r>
            <w:r w:rsidRPr="00E15564">
              <w:rPr>
                <w:sz w:val="24"/>
                <w:szCs w:val="20"/>
              </w:rPr>
              <w:t xml:space="preserve"> </w:t>
            </w:r>
            <w:r w:rsidRPr="00E15564">
              <w:rPr>
                <w:sz w:val="20"/>
                <w:szCs w:val="20"/>
              </w:rPr>
              <w:t>Zoning / Land Use</w:t>
            </w:r>
          </w:p>
        </w:tc>
        <w:tc>
          <w:tcPr>
            <w:tcW w:w="5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337FC" w14:textId="77777777" w:rsidR="00033B0F" w:rsidRPr="00E15564" w:rsidRDefault="008868AA">
            <w:pPr>
              <w:ind w:left="936"/>
              <w:rPr>
                <w:sz w:val="20"/>
                <w:szCs w:val="20"/>
              </w:rPr>
            </w:pPr>
            <w:r w:rsidRPr="00E15564">
              <w:rPr>
                <w:sz w:val="24"/>
                <w:szCs w:val="20"/>
              </w:rPr>
              <w:t>☐</w:t>
            </w:r>
            <w:r w:rsidRPr="00E15564">
              <w:rPr>
                <w:sz w:val="24"/>
                <w:szCs w:val="20"/>
              </w:rPr>
              <w:t xml:space="preserve"> </w:t>
            </w:r>
            <w:r w:rsidRPr="00E15564">
              <w:rPr>
                <w:sz w:val="20"/>
                <w:szCs w:val="20"/>
              </w:rPr>
              <w:t>Building / Construction</w:t>
            </w:r>
          </w:p>
        </w:tc>
      </w:tr>
      <w:tr w:rsidR="00033B0F" w:rsidRPr="00E15564" w14:paraId="22D569EC" w14:textId="77777777">
        <w:trPr>
          <w:trHeight w:val="605"/>
          <w:jc w:val="center"/>
        </w:trPr>
        <w:tc>
          <w:tcPr>
            <w:tcW w:w="5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04D89" w14:textId="77777777" w:rsidR="00033B0F" w:rsidRPr="00E15564" w:rsidRDefault="008868AA">
            <w:pPr>
              <w:ind w:left="936"/>
              <w:rPr>
                <w:sz w:val="20"/>
                <w:szCs w:val="20"/>
              </w:rPr>
            </w:pPr>
            <w:r w:rsidRPr="00E15564">
              <w:rPr>
                <w:sz w:val="24"/>
                <w:szCs w:val="20"/>
              </w:rPr>
              <w:t>☐</w:t>
            </w:r>
            <w:r w:rsidRPr="00E15564">
              <w:rPr>
                <w:sz w:val="24"/>
                <w:szCs w:val="20"/>
              </w:rPr>
              <w:t xml:space="preserve"> </w:t>
            </w:r>
            <w:r w:rsidRPr="00E15564">
              <w:rPr>
                <w:sz w:val="20"/>
                <w:szCs w:val="20"/>
              </w:rPr>
              <w:t>Property Maintenance</w:t>
            </w:r>
          </w:p>
        </w:tc>
        <w:tc>
          <w:tcPr>
            <w:tcW w:w="5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4B324D" w14:textId="77777777" w:rsidR="00033B0F" w:rsidRPr="00E15564" w:rsidRDefault="008868AA">
            <w:pPr>
              <w:ind w:left="936"/>
              <w:rPr>
                <w:sz w:val="20"/>
                <w:szCs w:val="20"/>
              </w:rPr>
            </w:pPr>
            <w:r w:rsidRPr="00E15564">
              <w:rPr>
                <w:sz w:val="24"/>
                <w:szCs w:val="20"/>
              </w:rPr>
              <w:t>☐</w:t>
            </w:r>
            <w:r w:rsidRPr="00E15564">
              <w:rPr>
                <w:sz w:val="24"/>
                <w:szCs w:val="20"/>
              </w:rPr>
              <w:t xml:space="preserve"> </w:t>
            </w:r>
            <w:r w:rsidRPr="00E15564">
              <w:rPr>
                <w:sz w:val="20"/>
                <w:szCs w:val="20"/>
              </w:rPr>
              <w:t>Environmental / Nuisance</w:t>
            </w:r>
          </w:p>
        </w:tc>
      </w:tr>
      <w:tr w:rsidR="00033B0F" w:rsidRPr="00E15564" w14:paraId="51C96FB0" w14:textId="77777777">
        <w:trPr>
          <w:trHeight w:val="605"/>
          <w:jc w:val="center"/>
        </w:trPr>
        <w:tc>
          <w:tcPr>
            <w:tcW w:w="5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4D542E" w14:textId="77777777" w:rsidR="00033B0F" w:rsidRPr="00E15564" w:rsidRDefault="008868AA">
            <w:pPr>
              <w:ind w:left="936"/>
              <w:rPr>
                <w:sz w:val="20"/>
                <w:szCs w:val="20"/>
              </w:rPr>
            </w:pPr>
            <w:r w:rsidRPr="00E15564">
              <w:rPr>
                <w:sz w:val="24"/>
                <w:szCs w:val="20"/>
              </w:rPr>
              <w:t>☐</w:t>
            </w:r>
            <w:r w:rsidRPr="00E15564">
              <w:rPr>
                <w:sz w:val="24"/>
                <w:szCs w:val="20"/>
              </w:rPr>
              <w:t xml:space="preserve"> </w:t>
            </w:r>
            <w:r w:rsidRPr="00E15564">
              <w:rPr>
                <w:sz w:val="20"/>
                <w:szCs w:val="20"/>
              </w:rPr>
              <w:t>Other</w:t>
            </w:r>
          </w:p>
        </w:tc>
        <w:tc>
          <w:tcPr>
            <w:tcW w:w="54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3538F" w14:textId="77777777" w:rsidR="00033B0F" w:rsidRPr="00E15564" w:rsidRDefault="008868AA">
            <w:pPr>
              <w:ind w:left="936"/>
              <w:rPr>
                <w:sz w:val="20"/>
                <w:szCs w:val="20"/>
              </w:rPr>
            </w:pPr>
            <w:r w:rsidRPr="00E15564">
              <w:rPr>
                <w:sz w:val="24"/>
                <w:szCs w:val="20"/>
              </w:rPr>
              <w:t>☐</w:t>
            </w:r>
            <w:r w:rsidRPr="00E15564">
              <w:rPr>
                <w:sz w:val="24"/>
                <w:szCs w:val="20"/>
              </w:rPr>
              <w:t xml:space="preserve"> </w:t>
            </w:r>
            <w:r w:rsidRPr="00E15564">
              <w:rPr>
                <w:sz w:val="20"/>
                <w:szCs w:val="20"/>
              </w:rPr>
              <w:t>Unsure / Need Assistance</w:t>
            </w:r>
          </w:p>
        </w:tc>
      </w:tr>
    </w:tbl>
    <w:p w14:paraId="37CE8B81" w14:textId="77777777" w:rsidR="00033B0F" w:rsidRPr="00E15564" w:rsidRDefault="00033B0F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934"/>
      </w:tblGrid>
      <w:tr w:rsidR="00033B0F" w:rsidRPr="00E15564" w14:paraId="3DBBF7FB" w14:textId="77777777">
        <w:trPr>
          <w:jc w:val="center"/>
        </w:trPr>
        <w:tc>
          <w:tcPr>
            <w:tcW w:w="1094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4" w:space="0" w:color="808080"/>
            </w:tcBorders>
            <w:shd w:val="clear" w:color="auto" w:fill="D9D9D9"/>
          </w:tcPr>
          <w:p w14:paraId="09CAA22B" w14:textId="77777777" w:rsidR="00033B0F" w:rsidRPr="00E15564" w:rsidRDefault="008868AA">
            <w:pPr>
              <w:spacing w:after="0"/>
              <w:jc w:val="center"/>
              <w:rPr>
                <w:sz w:val="20"/>
                <w:szCs w:val="20"/>
              </w:rPr>
            </w:pPr>
            <w:r w:rsidRPr="00E15564">
              <w:rPr>
                <w:b/>
                <w:sz w:val="28"/>
                <w:szCs w:val="20"/>
              </w:rPr>
              <w:t>Comments----Please Provide Details for the Complaint below:</w:t>
            </w:r>
          </w:p>
        </w:tc>
      </w:tr>
    </w:tbl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44"/>
      </w:tblGrid>
      <w:tr w:rsidR="00033B0F" w:rsidRPr="00E15564" w14:paraId="7E4B00E3" w14:textId="77777777" w:rsidTr="00E15564">
        <w:trPr>
          <w:trHeight w:val="427"/>
          <w:jc w:val="center"/>
        </w:trPr>
        <w:tc>
          <w:tcPr>
            <w:tcW w:w="10944" w:type="dxa"/>
          </w:tcPr>
          <w:p w14:paraId="6F25200A" w14:textId="77777777" w:rsidR="00033B0F" w:rsidRPr="00E15564" w:rsidRDefault="00033B0F">
            <w:pPr>
              <w:rPr>
                <w:sz w:val="20"/>
                <w:szCs w:val="20"/>
              </w:rPr>
            </w:pPr>
          </w:p>
        </w:tc>
      </w:tr>
      <w:tr w:rsidR="00033B0F" w:rsidRPr="00E15564" w14:paraId="7C6874DE" w14:textId="77777777" w:rsidTr="00E15564">
        <w:trPr>
          <w:trHeight w:val="409"/>
          <w:jc w:val="center"/>
        </w:trPr>
        <w:tc>
          <w:tcPr>
            <w:tcW w:w="10944" w:type="dxa"/>
          </w:tcPr>
          <w:p w14:paraId="1E6DFBFA" w14:textId="77777777" w:rsidR="00033B0F" w:rsidRPr="00E15564" w:rsidRDefault="00033B0F">
            <w:pPr>
              <w:rPr>
                <w:sz w:val="20"/>
                <w:szCs w:val="20"/>
              </w:rPr>
            </w:pPr>
          </w:p>
        </w:tc>
      </w:tr>
      <w:tr w:rsidR="00033B0F" w:rsidRPr="00E15564" w14:paraId="2E9BFD76" w14:textId="77777777" w:rsidTr="00E15564">
        <w:trPr>
          <w:trHeight w:val="382"/>
          <w:jc w:val="center"/>
        </w:trPr>
        <w:tc>
          <w:tcPr>
            <w:tcW w:w="10944" w:type="dxa"/>
          </w:tcPr>
          <w:p w14:paraId="4E585AB0" w14:textId="77777777" w:rsidR="00033B0F" w:rsidRPr="00E15564" w:rsidRDefault="00033B0F">
            <w:pPr>
              <w:rPr>
                <w:sz w:val="20"/>
                <w:szCs w:val="20"/>
              </w:rPr>
            </w:pPr>
          </w:p>
        </w:tc>
      </w:tr>
    </w:tbl>
    <w:p w14:paraId="7746B181" w14:textId="77777777" w:rsidR="00033B0F" w:rsidRPr="00E15564" w:rsidRDefault="00033B0F">
      <w:pPr>
        <w:spacing w:after="0"/>
        <w:rPr>
          <w:sz w:val="20"/>
          <w:szCs w:val="20"/>
        </w:rPr>
      </w:pPr>
    </w:p>
    <w:p w14:paraId="6E149DB8" w14:textId="77777777" w:rsidR="00033B0F" w:rsidRPr="00E15564" w:rsidRDefault="008868AA">
      <w:pPr>
        <w:spacing w:before="40"/>
        <w:rPr>
          <w:sz w:val="20"/>
          <w:szCs w:val="20"/>
        </w:rPr>
      </w:pPr>
      <w:r w:rsidRPr="00E15564">
        <w:rPr>
          <w:b/>
          <w:sz w:val="20"/>
          <w:szCs w:val="20"/>
        </w:rPr>
        <w:t>Date Submitted: ____________________    Signature: __________________________________________</w:t>
      </w:r>
    </w:p>
    <w:sectPr w:rsidR="00033B0F" w:rsidRPr="00E15564" w:rsidSect="00034616">
      <w:pgSz w:w="12240" w:h="15840"/>
      <w:pgMar w:top="504" w:right="648" w:bottom="504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084C1" w14:textId="77777777" w:rsidR="008868AA" w:rsidRDefault="008868AA" w:rsidP="00E15564">
      <w:pPr>
        <w:spacing w:after="0" w:line="240" w:lineRule="auto"/>
      </w:pPr>
      <w:r>
        <w:separator/>
      </w:r>
    </w:p>
  </w:endnote>
  <w:endnote w:type="continuationSeparator" w:id="0">
    <w:p w14:paraId="635472E0" w14:textId="77777777" w:rsidR="008868AA" w:rsidRDefault="008868AA" w:rsidP="00E15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1E33F" w14:textId="77777777" w:rsidR="008868AA" w:rsidRDefault="008868AA" w:rsidP="00E15564">
      <w:pPr>
        <w:spacing w:after="0" w:line="240" w:lineRule="auto"/>
      </w:pPr>
      <w:r>
        <w:separator/>
      </w:r>
    </w:p>
  </w:footnote>
  <w:footnote w:type="continuationSeparator" w:id="0">
    <w:p w14:paraId="33E900F0" w14:textId="77777777" w:rsidR="008868AA" w:rsidRDefault="008868AA" w:rsidP="00E15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73853945">
    <w:abstractNumId w:val="8"/>
  </w:num>
  <w:num w:numId="2" w16cid:durableId="958419160">
    <w:abstractNumId w:val="6"/>
  </w:num>
  <w:num w:numId="3" w16cid:durableId="1653102191">
    <w:abstractNumId w:val="5"/>
  </w:num>
  <w:num w:numId="4" w16cid:durableId="18745261">
    <w:abstractNumId w:val="4"/>
  </w:num>
  <w:num w:numId="5" w16cid:durableId="599021930">
    <w:abstractNumId w:val="7"/>
  </w:num>
  <w:num w:numId="6" w16cid:durableId="1848128431">
    <w:abstractNumId w:val="3"/>
  </w:num>
  <w:num w:numId="7" w16cid:durableId="152839911">
    <w:abstractNumId w:val="2"/>
  </w:num>
  <w:num w:numId="8" w16cid:durableId="1017803840">
    <w:abstractNumId w:val="1"/>
  </w:num>
  <w:num w:numId="9" w16cid:durableId="1902981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3B0F"/>
    <w:rsid w:val="00034616"/>
    <w:rsid w:val="0006063C"/>
    <w:rsid w:val="0015074B"/>
    <w:rsid w:val="0029639D"/>
    <w:rsid w:val="00326F90"/>
    <w:rsid w:val="006F6A13"/>
    <w:rsid w:val="008868AA"/>
    <w:rsid w:val="00AA1D8D"/>
    <w:rsid w:val="00B47730"/>
    <w:rsid w:val="00CB0664"/>
    <w:rsid w:val="00E155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C465EB"/>
  <w14:defaultImageDpi w14:val="300"/>
  <w15:docId w15:val="{301CD9F1-916A-431D-859D-A57B0C461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E1556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55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ayla.mills@tazewellcount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Kayla Mills</cp:lastModifiedBy>
  <cp:revision>2</cp:revision>
  <cp:lastPrinted>2026-08-26T17:19:00Z</cp:lastPrinted>
  <dcterms:created xsi:type="dcterms:W3CDTF">2026-08-26T17:21:00Z</dcterms:created>
  <dcterms:modified xsi:type="dcterms:W3CDTF">2026-08-26T17:21:00Z</dcterms:modified>
  <cp:category/>
</cp:coreProperties>
</file>